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7470B1A" w14:textId="77777777" w:rsidR="00FA577C" w:rsidRDefault="00FA577C">
      <w:pPr>
        <w:pBdr>
          <w:top w:val="single" w:sz="22" w:space="5" w:color="24477D"/>
        </w:pBdr>
        <w:spacing w:after="80"/>
        <w:jc w:val="center"/>
      </w:pPr>
    </w:p>
    <w:tbl>
      <w:tblPr>
        <w:tblW w:w="10008" w:type="dxa"/>
        <w:tblLayout w:type="fixed"/>
        <w:tblLook w:val="04A0" w:firstRow="1" w:lastRow="0" w:firstColumn="1" w:lastColumn="0" w:noHBand="0" w:noVBand="1"/>
      </w:tblPr>
      <w:tblGrid>
        <w:gridCol w:w="3240"/>
        <w:gridCol w:w="6768"/>
      </w:tblGrid>
      <w:tr w:rsidR="00FA577C" w14:paraId="1E14FBC9" w14:textId="77777777">
        <w:tc>
          <w:tcPr>
            <w:tcW w:w="3240" w:type="dxa"/>
            <w:tcBorders>
              <w:top w:val="nil"/>
              <w:left w:val="nil"/>
              <w:bottom w:val="nil"/>
              <w:right w:val="nil"/>
            </w:tcBorders>
            <w:tcMar>
              <w:top w:w="0" w:type="dxa"/>
              <w:left w:w="0" w:type="dxa"/>
              <w:bottom w:w="0" w:type="dxa"/>
              <w:right w:w="100" w:type="dxa"/>
            </w:tcMar>
          </w:tcPr>
          <w:p w14:paraId="3B81ACD4" w14:textId="77777777" w:rsidR="00FA577C" w:rsidRPr="005407BC" w:rsidRDefault="00000000">
            <w:pPr>
              <w:spacing w:after="0"/>
              <w:rPr>
                <w:sz w:val="20"/>
                <w:szCs w:val="20"/>
              </w:rPr>
            </w:pPr>
            <w:r w:rsidRPr="005407BC">
              <w:rPr>
                <w:noProof/>
                <w:sz w:val="20"/>
                <w:szCs w:val="20"/>
              </w:rPr>
              <w:drawing>
                <wp:inline distT="0" distB="0" distL="0" distR="0" wp14:anchorId="5820B905" wp14:editId="7A66CDAE">
                  <wp:extent cx="1783080" cy="44420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O Logo.png"/>
                          <pic:cNvPicPr/>
                        </pic:nvPicPr>
                        <pic:blipFill>
                          <a:blip r:embed="rId6"/>
                          <a:stretch>
                            <a:fillRect/>
                          </a:stretch>
                        </pic:blipFill>
                        <pic:spPr>
                          <a:xfrm>
                            <a:off x="0" y="0"/>
                            <a:ext cx="1783080" cy="444209"/>
                          </a:xfrm>
                          <a:prstGeom prst="rect">
                            <a:avLst/>
                          </a:prstGeom>
                        </pic:spPr>
                      </pic:pic>
                    </a:graphicData>
                  </a:graphic>
                </wp:inline>
              </w:drawing>
            </w:r>
          </w:p>
        </w:tc>
        <w:tc>
          <w:tcPr>
            <w:tcW w:w="6768" w:type="dxa"/>
            <w:tcBorders>
              <w:top w:val="nil"/>
              <w:left w:val="nil"/>
              <w:bottom w:val="nil"/>
              <w:right w:val="nil"/>
            </w:tcBorders>
            <w:tcMar>
              <w:top w:w="0" w:type="dxa"/>
              <w:left w:w="80" w:type="dxa"/>
              <w:bottom w:w="0" w:type="dxa"/>
              <w:right w:w="0" w:type="dxa"/>
            </w:tcMar>
          </w:tcPr>
          <w:p w14:paraId="78D00652" w14:textId="77777777" w:rsidR="00FA577C" w:rsidRPr="005407BC" w:rsidRDefault="00000000">
            <w:pPr>
              <w:spacing w:after="20"/>
              <w:rPr>
                <w:sz w:val="20"/>
                <w:szCs w:val="20"/>
              </w:rPr>
            </w:pPr>
            <w:r w:rsidRPr="005407BC">
              <w:rPr>
                <w:b/>
                <w:sz w:val="20"/>
                <w:szCs w:val="20"/>
              </w:rPr>
              <w:t>SAMPLE QCD CUSTODIAN REQUEST LETTER</w:t>
            </w:r>
          </w:p>
          <w:p w14:paraId="5F8F78AA" w14:textId="77777777" w:rsidR="00FA577C" w:rsidRPr="005407BC" w:rsidRDefault="00000000">
            <w:pPr>
              <w:spacing w:after="20"/>
              <w:rPr>
                <w:sz w:val="20"/>
                <w:szCs w:val="20"/>
              </w:rPr>
            </w:pPr>
            <w:r w:rsidRPr="005407BC">
              <w:rPr>
                <w:color w:val="666666"/>
                <w:sz w:val="20"/>
                <w:szCs w:val="20"/>
              </w:rPr>
              <w:t>Complete and send this sample to your IRA administrator or custodian</w:t>
            </w:r>
          </w:p>
        </w:tc>
      </w:tr>
    </w:tbl>
    <w:p w14:paraId="260C0252" w14:textId="77777777" w:rsidR="00FA577C" w:rsidRPr="005407BC" w:rsidRDefault="00FA577C">
      <w:pPr>
        <w:pBdr>
          <w:bottom w:val="single" w:sz="18" w:space="1" w:color="C70000"/>
        </w:pBdr>
        <w:spacing w:after="120"/>
        <w:rPr>
          <w:color w:val="000000" w:themeColor="text1"/>
          <w:szCs w:val="18"/>
        </w:rPr>
      </w:pPr>
    </w:p>
    <w:tbl>
      <w:tblPr>
        <w:tblW w:w="10022" w:type="dxa"/>
        <w:tblLayout w:type="fixed"/>
        <w:tblLook w:val="04A0" w:firstRow="1" w:lastRow="0" w:firstColumn="1" w:lastColumn="0" w:noHBand="0" w:noVBand="1"/>
      </w:tblPr>
      <w:tblGrid>
        <w:gridCol w:w="3024"/>
        <w:gridCol w:w="2088"/>
        <w:gridCol w:w="144"/>
        <w:gridCol w:w="1584"/>
        <w:gridCol w:w="3182"/>
      </w:tblGrid>
      <w:tr w:rsidR="005407BC" w:rsidRPr="005407BC" w14:paraId="7D8EEBF9" w14:textId="77777777">
        <w:tc>
          <w:tcPr>
            <w:tcW w:w="3024" w:type="dxa"/>
            <w:tcBorders>
              <w:top w:val="nil"/>
              <w:left w:val="nil"/>
              <w:bottom w:val="nil"/>
              <w:right w:val="nil"/>
            </w:tcBorders>
            <w:tcMar>
              <w:top w:w="30" w:type="dxa"/>
              <w:left w:w="0" w:type="dxa"/>
              <w:bottom w:w="50" w:type="dxa"/>
              <w:right w:w="80" w:type="dxa"/>
            </w:tcMar>
          </w:tcPr>
          <w:p w14:paraId="6D8670E5" w14:textId="77777777" w:rsidR="005407BC" w:rsidRPr="005407BC" w:rsidRDefault="005407BC">
            <w:pPr>
              <w:spacing w:after="20"/>
              <w:rPr>
                <w:b/>
                <w:color w:val="000000" w:themeColor="text1"/>
                <w:szCs w:val="18"/>
              </w:rPr>
            </w:pPr>
          </w:p>
          <w:p w14:paraId="35C1D563" w14:textId="5F8ADE7E" w:rsidR="00FA577C" w:rsidRPr="005407BC" w:rsidRDefault="00000000">
            <w:pPr>
              <w:spacing w:after="20"/>
              <w:rPr>
                <w:color w:val="000000" w:themeColor="text1"/>
                <w:szCs w:val="18"/>
              </w:rPr>
            </w:pPr>
            <w:r w:rsidRPr="005407BC">
              <w:rPr>
                <w:b/>
                <w:color w:val="000000" w:themeColor="text1"/>
                <w:szCs w:val="18"/>
              </w:rPr>
              <w:t>DATE</w:t>
            </w:r>
          </w:p>
          <w:p w14:paraId="68240962" w14:textId="77777777" w:rsidR="00FA577C" w:rsidRPr="005407BC" w:rsidRDefault="00000000">
            <w:pPr>
              <w:pBdr>
                <w:bottom w:val="single" w:sz="8" w:space="1" w:color="B8B8B8"/>
              </w:pBdr>
              <w:spacing w:after="0" w:line="240" w:lineRule="auto"/>
              <w:rPr>
                <w:color w:val="000000" w:themeColor="text1"/>
                <w:szCs w:val="18"/>
              </w:rPr>
            </w:pPr>
            <w:r w:rsidRPr="005407BC">
              <w:rPr>
                <w:i/>
                <w:color w:val="000000" w:themeColor="text1"/>
                <w:szCs w:val="18"/>
              </w:rPr>
              <w:t>[Enter date]</w:t>
            </w:r>
          </w:p>
        </w:tc>
        <w:tc>
          <w:tcPr>
            <w:tcW w:w="2232" w:type="dxa"/>
            <w:gridSpan w:val="2"/>
            <w:tcBorders>
              <w:top w:val="nil"/>
              <w:left w:val="nil"/>
              <w:bottom w:val="nil"/>
              <w:right w:val="nil"/>
            </w:tcBorders>
            <w:tcMar>
              <w:top w:w="30" w:type="dxa"/>
              <w:left w:w="0" w:type="dxa"/>
              <w:bottom w:w="50" w:type="dxa"/>
              <w:right w:w="80" w:type="dxa"/>
            </w:tcMar>
          </w:tcPr>
          <w:p w14:paraId="08DA63E9" w14:textId="77777777" w:rsidR="005407BC" w:rsidRPr="005407BC" w:rsidRDefault="005407BC">
            <w:pPr>
              <w:spacing w:after="20"/>
              <w:rPr>
                <w:b/>
                <w:color w:val="000000" w:themeColor="text1"/>
                <w:szCs w:val="18"/>
              </w:rPr>
            </w:pPr>
          </w:p>
          <w:p w14:paraId="4988ED50" w14:textId="7F7D66B7" w:rsidR="00FA577C" w:rsidRPr="005407BC" w:rsidRDefault="00000000">
            <w:pPr>
              <w:spacing w:after="20"/>
              <w:rPr>
                <w:color w:val="000000" w:themeColor="text1"/>
                <w:szCs w:val="18"/>
              </w:rPr>
            </w:pPr>
            <w:r w:rsidRPr="005407BC">
              <w:rPr>
                <w:b/>
                <w:color w:val="000000" w:themeColor="text1"/>
                <w:szCs w:val="18"/>
              </w:rPr>
              <w:t>TAX YEAR</w:t>
            </w:r>
          </w:p>
          <w:p w14:paraId="2504E171" w14:textId="77777777" w:rsidR="00FA577C" w:rsidRPr="005407BC" w:rsidRDefault="00000000">
            <w:pPr>
              <w:pBdr>
                <w:bottom w:val="single" w:sz="8" w:space="1" w:color="B8B8B8"/>
              </w:pBdr>
              <w:spacing w:after="0" w:line="240" w:lineRule="auto"/>
              <w:rPr>
                <w:color w:val="000000" w:themeColor="text1"/>
                <w:szCs w:val="18"/>
              </w:rPr>
            </w:pPr>
            <w:r w:rsidRPr="005407BC">
              <w:rPr>
                <w:i/>
                <w:color w:val="000000" w:themeColor="text1"/>
                <w:szCs w:val="18"/>
              </w:rPr>
              <w:t>[Enter year]</w:t>
            </w:r>
          </w:p>
        </w:tc>
        <w:tc>
          <w:tcPr>
            <w:tcW w:w="4766" w:type="dxa"/>
            <w:gridSpan w:val="2"/>
            <w:tcBorders>
              <w:top w:val="nil"/>
              <w:left w:val="nil"/>
              <w:bottom w:val="nil"/>
              <w:right w:val="nil"/>
            </w:tcBorders>
            <w:tcMar>
              <w:top w:w="30" w:type="dxa"/>
              <w:left w:w="0" w:type="dxa"/>
              <w:bottom w:w="50" w:type="dxa"/>
              <w:right w:w="80" w:type="dxa"/>
            </w:tcMar>
          </w:tcPr>
          <w:p w14:paraId="15E83463" w14:textId="77777777" w:rsidR="005407BC" w:rsidRPr="005407BC" w:rsidRDefault="005407BC">
            <w:pPr>
              <w:spacing w:after="20"/>
              <w:rPr>
                <w:b/>
                <w:color w:val="000000" w:themeColor="text1"/>
                <w:szCs w:val="18"/>
              </w:rPr>
            </w:pPr>
          </w:p>
          <w:p w14:paraId="47497B8D" w14:textId="3D3784A3" w:rsidR="00FA577C" w:rsidRPr="005407BC" w:rsidRDefault="00000000">
            <w:pPr>
              <w:spacing w:after="20"/>
              <w:rPr>
                <w:color w:val="000000" w:themeColor="text1"/>
                <w:szCs w:val="18"/>
              </w:rPr>
            </w:pPr>
            <w:r w:rsidRPr="005407BC">
              <w:rPr>
                <w:b/>
                <w:color w:val="000000" w:themeColor="text1"/>
                <w:szCs w:val="18"/>
              </w:rPr>
              <w:t>DISTRIBUTION AMOUNT</w:t>
            </w:r>
          </w:p>
          <w:p w14:paraId="69159F58" w14:textId="77777777" w:rsidR="00FA577C" w:rsidRPr="005407BC" w:rsidRDefault="00000000">
            <w:pPr>
              <w:pBdr>
                <w:bottom w:val="single" w:sz="8" w:space="1" w:color="B8B8B8"/>
              </w:pBdr>
              <w:spacing w:after="0" w:line="240" w:lineRule="auto"/>
              <w:rPr>
                <w:color w:val="000000" w:themeColor="text1"/>
                <w:szCs w:val="18"/>
              </w:rPr>
            </w:pPr>
            <w:r w:rsidRPr="005407BC">
              <w:rPr>
                <w:i/>
                <w:color w:val="000000" w:themeColor="text1"/>
                <w:szCs w:val="18"/>
              </w:rPr>
              <w:t>[Enter amount]</w:t>
            </w:r>
          </w:p>
        </w:tc>
      </w:tr>
      <w:tr w:rsidR="005407BC" w:rsidRPr="005407BC" w14:paraId="511CB79C" w14:textId="77777777">
        <w:tc>
          <w:tcPr>
            <w:tcW w:w="5256" w:type="dxa"/>
            <w:gridSpan w:val="3"/>
            <w:tcBorders>
              <w:top w:val="nil"/>
              <w:left w:val="nil"/>
              <w:bottom w:val="nil"/>
              <w:right w:val="nil"/>
            </w:tcBorders>
            <w:tcMar>
              <w:top w:w="30" w:type="dxa"/>
              <w:left w:w="0" w:type="dxa"/>
              <w:bottom w:w="50" w:type="dxa"/>
              <w:right w:w="80" w:type="dxa"/>
            </w:tcMar>
          </w:tcPr>
          <w:p w14:paraId="2FB6BF82" w14:textId="77777777" w:rsidR="005407BC" w:rsidRPr="005407BC" w:rsidRDefault="005407BC">
            <w:pPr>
              <w:spacing w:after="20"/>
              <w:rPr>
                <w:b/>
                <w:color w:val="000000" w:themeColor="text1"/>
                <w:szCs w:val="18"/>
              </w:rPr>
            </w:pPr>
          </w:p>
          <w:p w14:paraId="6EFFBD12" w14:textId="264B3ED9" w:rsidR="00FA577C" w:rsidRPr="005407BC" w:rsidRDefault="00000000">
            <w:pPr>
              <w:spacing w:after="20"/>
              <w:rPr>
                <w:color w:val="000000" w:themeColor="text1"/>
                <w:szCs w:val="18"/>
              </w:rPr>
            </w:pPr>
            <w:r w:rsidRPr="005407BC">
              <w:rPr>
                <w:b/>
                <w:color w:val="000000" w:themeColor="text1"/>
                <w:szCs w:val="18"/>
              </w:rPr>
              <w:t>YOUR FULL NAME</w:t>
            </w:r>
          </w:p>
          <w:p w14:paraId="640540EA" w14:textId="77777777" w:rsidR="00FA577C" w:rsidRPr="005407BC" w:rsidRDefault="00000000">
            <w:pPr>
              <w:pBdr>
                <w:bottom w:val="single" w:sz="8" w:space="1" w:color="B8B8B8"/>
              </w:pBdr>
              <w:spacing w:after="0" w:line="240" w:lineRule="auto"/>
              <w:rPr>
                <w:color w:val="000000" w:themeColor="text1"/>
                <w:szCs w:val="18"/>
              </w:rPr>
            </w:pPr>
            <w:r w:rsidRPr="005407BC">
              <w:rPr>
                <w:i/>
                <w:color w:val="000000" w:themeColor="text1"/>
                <w:szCs w:val="18"/>
              </w:rPr>
              <w:t>[Enter full name]</w:t>
            </w:r>
          </w:p>
        </w:tc>
        <w:tc>
          <w:tcPr>
            <w:tcW w:w="4766" w:type="dxa"/>
            <w:gridSpan w:val="2"/>
            <w:tcBorders>
              <w:top w:val="nil"/>
              <w:left w:val="nil"/>
              <w:bottom w:val="nil"/>
              <w:right w:val="nil"/>
            </w:tcBorders>
            <w:tcMar>
              <w:top w:w="30" w:type="dxa"/>
              <w:left w:w="0" w:type="dxa"/>
              <w:bottom w:w="50" w:type="dxa"/>
              <w:right w:w="80" w:type="dxa"/>
            </w:tcMar>
          </w:tcPr>
          <w:p w14:paraId="7BBB7098" w14:textId="77777777" w:rsidR="005407BC" w:rsidRPr="005407BC" w:rsidRDefault="005407BC">
            <w:pPr>
              <w:spacing w:after="20"/>
              <w:rPr>
                <w:b/>
                <w:color w:val="000000" w:themeColor="text1"/>
                <w:szCs w:val="18"/>
              </w:rPr>
            </w:pPr>
          </w:p>
          <w:p w14:paraId="38984812" w14:textId="082E8546" w:rsidR="00FA577C" w:rsidRPr="005407BC" w:rsidRDefault="00000000">
            <w:pPr>
              <w:spacing w:after="20"/>
              <w:rPr>
                <w:color w:val="000000" w:themeColor="text1"/>
                <w:szCs w:val="18"/>
              </w:rPr>
            </w:pPr>
            <w:r w:rsidRPr="005407BC">
              <w:rPr>
                <w:b/>
                <w:color w:val="000000" w:themeColor="text1"/>
                <w:szCs w:val="18"/>
              </w:rPr>
              <w:t>TELEPHONE</w:t>
            </w:r>
          </w:p>
          <w:p w14:paraId="4511A611" w14:textId="77777777" w:rsidR="00FA577C" w:rsidRPr="005407BC" w:rsidRDefault="00000000">
            <w:pPr>
              <w:pBdr>
                <w:bottom w:val="single" w:sz="8" w:space="1" w:color="B8B8B8"/>
              </w:pBdr>
              <w:spacing w:after="0" w:line="240" w:lineRule="auto"/>
              <w:rPr>
                <w:color w:val="000000" w:themeColor="text1"/>
                <w:szCs w:val="18"/>
              </w:rPr>
            </w:pPr>
            <w:r w:rsidRPr="005407BC">
              <w:rPr>
                <w:i/>
                <w:color w:val="000000" w:themeColor="text1"/>
                <w:szCs w:val="18"/>
              </w:rPr>
              <w:t>[Enter telephone]</w:t>
            </w:r>
          </w:p>
        </w:tc>
      </w:tr>
      <w:tr w:rsidR="005407BC" w:rsidRPr="005407BC" w14:paraId="05FAE96A" w14:textId="77777777">
        <w:tc>
          <w:tcPr>
            <w:tcW w:w="10022" w:type="dxa"/>
            <w:gridSpan w:val="5"/>
            <w:tcBorders>
              <w:top w:val="nil"/>
              <w:left w:val="nil"/>
              <w:bottom w:val="nil"/>
              <w:right w:val="nil"/>
            </w:tcBorders>
            <w:tcMar>
              <w:top w:w="30" w:type="dxa"/>
              <w:left w:w="0" w:type="dxa"/>
              <w:bottom w:w="50" w:type="dxa"/>
              <w:right w:w="80" w:type="dxa"/>
            </w:tcMar>
          </w:tcPr>
          <w:p w14:paraId="2327EA27" w14:textId="77777777" w:rsidR="005407BC" w:rsidRPr="005407BC" w:rsidRDefault="005407BC">
            <w:pPr>
              <w:spacing w:after="20"/>
              <w:rPr>
                <w:b/>
                <w:color w:val="000000" w:themeColor="text1"/>
                <w:szCs w:val="18"/>
              </w:rPr>
            </w:pPr>
          </w:p>
          <w:p w14:paraId="55BCC8EB" w14:textId="10DDAC4E" w:rsidR="00FA577C" w:rsidRPr="005407BC" w:rsidRDefault="00000000">
            <w:pPr>
              <w:spacing w:after="20"/>
              <w:rPr>
                <w:color w:val="000000" w:themeColor="text1"/>
                <w:szCs w:val="18"/>
              </w:rPr>
            </w:pPr>
            <w:r w:rsidRPr="005407BC">
              <w:rPr>
                <w:b/>
                <w:color w:val="000000" w:themeColor="text1"/>
                <w:szCs w:val="18"/>
              </w:rPr>
              <w:t>YOUR ADDRESS</w:t>
            </w:r>
          </w:p>
          <w:p w14:paraId="4674B2C4" w14:textId="77777777" w:rsidR="00FA577C" w:rsidRPr="005407BC" w:rsidRDefault="00000000">
            <w:pPr>
              <w:pBdr>
                <w:bottom w:val="single" w:sz="8" w:space="1" w:color="B8B8B8"/>
              </w:pBdr>
              <w:spacing w:after="0" w:line="240" w:lineRule="auto"/>
              <w:rPr>
                <w:color w:val="000000" w:themeColor="text1"/>
                <w:szCs w:val="18"/>
              </w:rPr>
            </w:pPr>
            <w:r w:rsidRPr="005407BC">
              <w:rPr>
                <w:i/>
                <w:color w:val="000000" w:themeColor="text1"/>
                <w:szCs w:val="18"/>
              </w:rPr>
              <w:t>[Enter street address]</w:t>
            </w:r>
          </w:p>
        </w:tc>
      </w:tr>
      <w:tr w:rsidR="005407BC" w:rsidRPr="005407BC" w14:paraId="7B95ECF9" w14:textId="77777777">
        <w:tc>
          <w:tcPr>
            <w:tcW w:w="5112" w:type="dxa"/>
            <w:gridSpan w:val="2"/>
            <w:tcBorders>
              <w:top w:val="nil"/>
              <w:left w:val="nil"/>
              <w:bottom w:val="nil"/>
              <w:right w:val="nil"/>
            </w:tcBorders>
            <w:tcMar>
              <w:top w:w="30" w:type="dxa"/>
              <w:left w:w="0" w:type="dxa"/>
              <w:bottom w:w="50" w:type="dxa"/>
              <w:right w:w="80" w:type="dxa"/>
            </w:tcMar>
          </w:tcPr>
          <w:p w14:paraId="5E84EC19" w14:textId="77777777" w:rsidR="005407BC" w:rsidRPr="005407BC" w:rsidRDefault="005407BC">
            <w:pPr>
              <w:spacing w:after="20"/>
              <w:rPr>
                <w:b/>
                <w:color w:val="000000" w:themeColor="text1"/>
                <w:szCs w:val="18"/>
              </w:rPr>
            </w:pPr>
          </w:p>
          <w:p w14:paraId="05D943AE" w14:textId="4D4EAE63" w:rsidR="00FA577C" w:rsidRPr="005407BC" w:rsidRDefault="00000000">
            <w:pPr>
              <w:spacing w:after="20"/>
              <w:rPr>
                <w:color w:val="000000" w:themeColor="text1"/>
                <w:szCs w:val="18"/>
              </w:rPr>
            </w:pPr>
            <w:r w:rsidRPr="005407BC">
              <w:rPr>
                <w:b/>
                <w:color w:val="000000" w:themeColor="text1"/>
                <w:szCs w:val="18"/>
              </w:rPr>
              <w:t>CITY</w:t>
            </w:r>
          </w:p>
          <w:p w14:paraId="7B061837" w14:textId="77777777" w:rsidR="00FA577C" w:rsidRPr="005407BC" w:rsidRDefault="00000000">
            <w:pPr>
              <w:pBdr>
                <w:bottom w:val="single" w:sz="8" w:space="1" w:color="B8B8B8"/>
              </w:pBdr>
              <w:spacing w:after="0" w:line="240" w:lineRule="auto"/>
              <w:rPr>
                <w:color w:val="000000" w:themeColor="text1"/>
                <w:szCs w:val="18"/>
              </w:rPr>
            </w:pPr>
            <w:r w:rsidRPr="005407BC">
              <w:rPr>
                <w:i/>
                <w:color w:val="000000" w:themeColor="text1"/>
                <w:szCs w:val="18"/>
              </w:rPr>
              <w:t>[Enter city]</w:t>
            </w:r>
          </w:p>
        </w:tc>
        <w:tc>
          <w:tcPr>
            <w:tcW w:w="1728" w:type="dxa"/>
            <w:gridSpan w:val="2"/>
            <w:tcBorders>
              <w:top w:val="nil"/>
              <w:left w:val="nil"/>
              <w:bottom w:val="nil"/>
              <w:right w:val="nil"/>
            </w:tcBorders>
            <w:tcMar>
              <w:top w:w="30" w:type="dxa"/>
              <w:left w:w="0" w:type="dxa"/>
              <w:bottom w:w="50" w:type="dxa"/>
              <w:right w:w="80" w:type="dxa"/>
            </w:tcMar>
          </w:tcPr>
          <w:p w14:paraId="5D84475C" w14:textId="77777777" w:rsidR="005407BC" w:rsidRPr="005407BC" w:rsidRDefault="005407BC">
            <w:pPr>
              <w:spacing w:after="20"/>
              <w:rPr>
                <w:b/>
                <w:color w:val="000000" w:themeColor="text1"/>
                <w:szCs w:val="18"/>
              </w:rPr>
            </w:pPr>
          </w:p>
          <w:p w14:paraId="33DBE40D" w14:textId="60DB70D3" w:rsidR="00FA577C" w:rsidRPr="005407BC" w:rsidRDefault="00000000">
            <w:pPr>
              <w:spacing w:after="20"/>
              <w:rPr>
                <w:color w:val="000000" w:themeColor="text1"/>
                <w:szCs w:val="18"/>
              </w:rPr>
            </w:pPr>
            <w:r w:rsidRPr="005407BC">
              <w:rPr>
                <w:b/>
                <w:color w:val="000000" w:themeColor="text1"/>
                <w:szCs w:val="18"/>
              </w:rPr>
              <w:t>STATE</w:t>
            </w:r>
          </w:p>
          <w:p w14:paraId="15C89A1F" w14:textId="77777777" w:rsidR="00FA577C" w:rsidRPr="005407BC" w:rsidRDefault="00000000">
            <w:pPr>
              <w:pBdr>
                <w:bottom w:val="single" w:sz="8" w:space="1" w:color="B8B8B8"/>
              </w:pBdr>
              <w:spacing w:after="0" w:line="240" w:lineRule="auto"/>
              <w:rPr>
                <w:color w:val="000000" w:themeColor="text1"/>
                <w:szCs w:val="18"/>
              </w:rPr>
            </w:pPr>
            <w:r w:rsidRPr="005407BC">
              <w:rPr>
                <w:i/>
                <w:color w:val="000000" w:themeColor="text1"/>
                <w:szCs w:val="18"/>
              </w:rPr>
              <w:t>[State]</w:t>
            </w:r>
          </w:p>
        </w:tc>
        <w:tc>
          <w:tcPr>
            <w:tcW w:w="3182" w:type="dxa"/>
            <w:tcBorders>
              <w:top w:val="nil"/>
              <w:left w:val="nil"/>
              <w:bottom w:val="nil"/>
              <w:right w:val="nil"/>
            </w:tcBorders>
            <w:tcMar>
              <w:top w:w="30" w:type="dxa"/>
              <w:left w:w="0" w:type="dxa"/>
              <w:bottom w:w="50" w:type="dxa"/>
              <w:right w:w="80" w:type="dxa"/>
            </w:tcMar>
          </w:tcPr>
          <w:p w14:paraId="79D1C8C1" w14:textId="77777777" w:rsidR="005407BC" w:rsidRPr="005407BC" w:rsidRDefault="005407BC">
            <w:pPr>
              <w:spacing w:after="20"/>
              <w:rPr>
                <w:b/>
                <w:color w:val="000000" w:themeColor="text1"/>
                <w:szCs w:val="18"/>
              </w:rPr>
            </w:pPr>
          </w:p>
          <w:p w14:paraId="4BCD511B" w14:textId="36B2862A" w:rsidR="00FA577C" w:rsidRPr="005407BC" w:rsidRDefault="00000000">
            <w:pPr>
              <w:spacing w:after="20"/>
              <w:rPr>
                <w:color w:val="000000" w:themeColor="text1"/>
                <w:szCs w:val="18"/>
              </w:rPr>
            </w:pPr>
            <w:r w:rsidRPr="005407BC">
              <w:rPr>
                <w:b/>
                <w:color w:val="000000" w:themeColor="text1"/>
                <w:szCs w:val="18"/>
              </w:rPr>
              <w:t>ZIP CODE</w:t>
            </w:r>
          </w:p>
          <w:p w14:paraId="1EAD5B57" w14:textId="77777777" w:rsidR="00FA577C" w:rsidRPr="005407BC" w:rsidRDefault="00000000">
            <w:pPr>
              <w:pBdr>
                <w:bottom w:val="single" w:sz="8" w:space="1" w:color="B8B8B8"/>
              </w:pBdr>
              <w:spacing w:after="0" w:line="240" w:lineRule="auto"/>
              <w:rPr>
                <w:color w:val="000000" w:themeColor="text1"/>
                <w:szCs w:val="18"/>
              </w:rPr>
            </w:pPr>
            <w:r w:rsidRPr="005407BC">
              <w:rPr>
                <w:i/>
                <w:color w:val="000000" w:themeColor="text1"/>
                <w:szCs w:val="18"/>
              </w:rPr>
              <w:t>[Enter ZIP]</w:t>
            </w:r>
          </w:p>
        </w:tc>
      </w:tr>
      <w:tr w:rsidR="005407BC" w:rsidRPr="005407BC" w14:paraId="7ED85C93" w14:textId="77777777">
        <w:tc>
          <w:tcPr>
            <w:tcW w:w="5256" w:type="dxa"/>
            <w:gridSpan w:val="3"/>
            <w:tcBorders>
              <w:top w:val="nil"/>
              <w:left w:val="nil"/>
              <w:bottom w:val="nil"/>
              <w:right w:val="nil"/>
            </w:tcBorders>
            <w:tcMar>
              <w:top w:w="30" w:type="dxa"/>
              <w:left w:w="0" w:type="dxa"/>
              <w:bottom w:w="50" w:type="dxa"/>
              <w:right w:w="80" w:type="dxa"/>
            </w:tcMar>
          </w:tcPr>
          <w:p w14:paraId="53A2D06E" w14:textId="77777777" w:rsidR="005407BC" w:rsidRPr="005407BC" w:rsidRDefault="005407BC">
            <w:pPr>
              <w:spacing w:after="20"/>
              <w:rPr>
                <w:b/>
                <w:color w:val="000000" w:themeColor="text1"/>
                <w:szCs w:val="18"/>
              </w:rPr>
            </w:pPr>
          </w:p>
          <w:p w14:paraId="41B0FA87" w14:textId="2C6256A5" w:rsidR="00FA577C" w:rsidRPr="005407BC" w:rsidRDefault="00000000">
            <w:pPr>
              <w:spacing w:after="20"/>
              <w:rPr>
                <w:color w:val="000000" w:themeColor="text1"/>
                <w:szCs w:val="18"/>
              </w:rPr>
            </w:pPr>
            <w:r w:rsidRPr="005407BC">
              <w:rPr>
                <w:b/>
                <w:color w:val="000000" w:themeColor="text1"/>
                <w:szCs w:val="18"/>
              </w:rPr>
              <w:t>IRA ADMINISTRATOR / CUSTODIAN</w:t>
            </w:r>
          </w:p>
          <w:p w14:paraId="3D87E070" w14:textId="77777777" w:rsidR="00FA577C" w:rsidRPr="005407BC" w:rsidRDefault="00000000">
            <w:pPr>
              <w:pBdr>
                <w:bottom w:val="single" w:sz="8" w:space="1" w:color="B8B8B8"/>
              </w:pBdr>
              <w:spacing w:after="0" w:line="240" w:lineRule="auto"/>
              <w:rPr>
                <w:color w:val="000000" w:themeColor="text1"/>
                <w:szCs w:val="18"/>
              </w:rPr>
            </w:pPr>
            <w:r w:rsidRPr="005407BC">
              <w:rPr>
                <w:i/>
                <w:color w:val="000000" w:themeColor="text1"/>
                <w:szCs w:val="18"/>
              </w:rPr>
              <w:t>[Enter institution name]</w:t>
            </w:r>
          </w:p>
        </w:tc>
        <w:tc>
          <w:tcPr>
            <w:tcW w:w="4766" w:type="dxa"/>
            <w:gridSpan w:val="2"/>
            <w:tcBorders>
              <w:top w:val="nil"/>
              <w:left w:val="nil"/>
              <w:bottom w:val="nil"/>
              <w:right w:val="nil"/>
            </w:tcBorders>
            <w:tcMar>
              <w:top w:w="30" w:type="dxa"/>
              <w:left w:w="0" w:type="dxa"/>
              <w:bottom w:w="50" w:type="dxa"/>
              <w:right w:w="80" w:type="dxa"/>
            </w:tcMar>
          </w:tcPr>
          <w:p w14:paraId="6F1EAB97" w14:textId="77777777" w:rsidR="005407BC" w:rsidRPr="005407BC" w:rsidRDefault="005407BC">
            <w:pPr>
              <w:spacing w:after="20"/>
              <w:rPr>
                <w:b/>
                <w:color w:val="000000" w:themeColor="text1"/>
                <w:szCs w:val="18"/>
              </w:rPr>
            </w:pPr>
          </w:p>
          <w:p w14:paraId="20BA08E6" w14:textId="000F899B" w:rsidR="00FA577C" w:rsidRPr="005407BC" w:rsidRDefault="00000000">
            <w:pPr>
              <w:spacing w:after="20"/>
              <w:rPr>
                <w:color w:val="000000" w:themeColor="text1"/>
                <w:szCs w:val="18"/>
              </w:rPr>
            </w:pPr>
            <w:r w:rsidRPr="005407BC">
              <w:rPr>
                <w:b/>
                <w:color w:val="000000" w:themeColor="text1"/>
                <w:szCs w:val="18"/>
              </w:rPr>
              <w:t>IRA ACCOUNT NUMBER</w:t>
            </w:r>
          </w:p>
          <w:p w14:paraId="1BF41BBA" w14:textId="77777777" w:rsidR="00FA577C" w:rsidRPr="005407BC" w:rsidRDefault="00000000">
            <w:pPr>
              <w:pBdr>
                <w:bottom w:val="single" w:sz="8" w:space="1" w:color="B8B8B8"/>
              </w:pBdr>
              <w:spacing w:after="0" w:line="240" w:lineRule="auto"/>
              <w:rPr>
                <w:color w:val="000000" w:themeColor="text1"/>
                <w:szCs w:val="18"/>
              </w:rPr>
            </w:pPr>
            <w:r w:rsidRPr="005407BC">
              <w:rPr>
                <w:i/>
                <w:color w:val="000000" w:themeColor="text1"/>
                <w:szCs w:val="18"/>
              </w:rPr>
              <w:t>[Enter account number]</w:t>
            </w:r>
          </w:p>
        </w:tc>
      </w:tr>
      <w:tr w:rsidR="005407BC" w:rsidRPr="005407BC" w14:paraId="4C2486E7" w14:textId="77777777">
        <w:tc>
          <w:tcPr>
            <w:tcW w:w="10022" w:type="dxa"/>
            <w:gridSpan w:val="5"/>
            <w:tcBorders>
              <w:top w:val="nil"/>
              <w:left w:val="nil"/>
              <w:bottom w:val="nil"/>
              <w:right w:val="nil"/>
            </w:tcBorders>
            <w:tcMar>
              <w:top w:w="30" w:type="dxa"/>
              <w:left w:w="0" w:type="dxa"/>
              <w:bottom w:w="50" w:type="dxa"/>
              <w:right w:w="80" w:type="dxa"/>
            </w:tcMar>
          </w:tcPr>
          <w:p w14:paraId="60D078DF" w14:textId="77777777" w:rsidR="005407BC" w:rsidRPr="005407BC" w:rsidRDefault="005407BC">
            <w:pPr>
              <w:spacing w:after="20"/>
              <w:rPr>
                <w:b/>
                <w:color w:val="000000" w:themeColor="text1"/>
                <w:szCs w:val="18"/>
              </w:rPr>
            </w:pPr>
          </w:p>
          <w:p w14:paraId="4D646179" w14:textId="2822F9A8" w:rsidR="00FA577C" w:rsidRPr="005407BC" w:rsidRDefault="00000000">
            <w:pPr>
              <w:spacing w:after="20"/>
              <w:rPr>
                <w:color w:val="000000" w:themeColor="text1"/>
                <w:szCs w:val="18"/>
              </w:rPr>
            </w:pPr>
            <w:r w:rsidRPr="005407BC">
              <w:rPr>
                <w:b/>
                <w:color w:val="000000" w:themeColor="text1"/>
                <w:szCs w:val="18"/>
              </w:rPr>
              <w:t>CUSTODIAN ADDRESS</w:t>
            </w:r>
          </w:p>
          <w:p w14:paraId="1EFC325B" w14:textId="77777777" w:rsidR="00FA577C" w:rsidRPr="005407BC" w:rsidRDefault="00000000">
            <w:pPr>
              <w:pBdr>
                <w:bottom w:val="single" w:sz="8" w:space="1" w:color="B8B8B8"/>
              </w:pBdr>
              <w:spacing w:after="0" w:line="240" w:lineRule="auto"/>
              <w:rPr>
                <w:color w:val="000000" w:themeColor="text1"/>
                <w:szCs w:val="18"/>
              </w:rPr>
            </w:pPr>
            <w:r w:rsidRPr="005407BC">
              <w:rPr>
                <w:i/>
                <w:color w:val="000000" w:themeColor="text1"/>
                <w:szCs w:val="18"/>
              </w:rPr>
              <w:t>[Enter custodian mailing address]</w:t>
            </w:r>
          </w:p>
        </w:tc>
      </w:tr>
    </w:tbl>
    <w:p w14:paraId="5059E656" w14:textId="77777777" w:rsidR="005407BC" w:rsidRPr="005407BC" w:rsidRDefault="005407BC">
      <w:pPr>
        <w:spacing w:after="80"/>
        <w:rPr>
          <w:color w:val="000000" w:themeColor="text1"/>
          <w:sz w:val="20"/>
          <w:szCs w:val="20"/>
        </w:rPr>
      </w:pPr>
    </w:p>
    <w:p w14:paraId="30582E73" w14:textId="38B9F0DB" w:rsidR="00FA577C" w:rsidRPr="005407BC" w:rsidRDefault="00000000">
      <w:pPr>
        <w:spacing w:after="80"/>
        <w:rPr>
          <w:color w:val="000000" w:themeColor="text1"/>
          <w:sz w:val="20"/>
          <w:szCs w:val="20"/>
        </w:rPr>
      </w:pPr>
      <w:r w:rsidRPr="005407BC">
        <w:rPr>
          <w:color w:val="000000" w:themeColor="text1"/>
          <w:sz w:val="20"/>
          <w:szCs w:val="20"/>
        </w:rPr>
        <w:t>Dear IRA Administrator or Custodian:</w:t>
      </w:r>
    </w:p>
    <w:p w14:paraId="569E81FF" w14:textId="77777777" w:rsidR="005407BC" w:rsidRPr="005407BC" w:rsidRDefault="005407BC">
      <w:pPr>
        <w:spacing w:after="80"/>
        <w:rPr>
          <w:color w:val="000000" w:themeColor="text1"/>
          <w:sz w:val="20"/>
          <w:szCs w:val="20"/>
        </w:rPr>
      </w:pPr>
    </w:p>
    <w:p w14:paraId="41FAC626" w14:textId="23E656D9" w:rsidR="00FA577C" w:rsidRPr="005407BC" w:rsidRDefault="00000000">
      <w:pPr>
        <w:spacing w:after="80"/>
        <w:rPr>
          <w:color w:val="000000" w:themeColor="text1"/>
          <w:sz w:val="20"/>
          <w:szCs w:val="20"/>
        </w:rPr>
      </w:pPr>
      <w:r w:rsidRPr="005407BC">
        <w:rPr>
          <w:color w:val="000000" w:themeColor="text1"/>
          <w:sz w:val="20"/>
          <w:szCs w:val="20"/>
        </w:rPr>
        <w:t>Please accept this letter as my request to make a direct qualified charitable distribution from the individual retirement account identified above, as authorized by Section 408(d)(8) of the Internal Revenue Code.</w:t>
      </w:r>
    </w:p>
    <w:p w14:paraId="58714AD8" w14:textId="77777777" w:rsidR="005407BC" w:rsidRPr="005407BC" w:rsidRDefault="005407BC">
      <w:pPr>
        <w:spacing w:after="60"/>
        <w:rPr>
          <w:color w:val="000000" w:themeColor="text1"/>
          <w:sz w:val="20"/>
          <w:szCs w:val="20"/>
        </w:rPr>
      </w:pPr>
    </w:p>
    <w:p w14:paraId="4C906783" w14:textId="19EDF233" w:rsidR="00FA577C" w:rsidRPr="005407BC" w:rsidRDefault="00000000">
      <w:pPr>
        <w:spacing w:after="60"/>
        <w:rPr>
          <w:color w:val="000000" w:themeColor="text1"/>
          <w:sz w:val="20"/>
          <w:szCs w:val="20"/>
        </w:rPr>
      </w:pPr>
      <w:r w:rsidRPr="005407BC">
        <w:rPr>
          <w:color w:val="000000" w:themeColor="text1"/>
          <w:sz w:val="20"/>
          <w:szCs w:val="20"/>
        </w:rPr>
        <w:t>Please issue a check for the amount identified above, payable to American Oversight, Inc., and mail it directly to:</w:t>
      </w:r>
    </w:p>
    <w:p w14:paraId="1B07A708" w14:textId="77777777" w:rsidR="005407BC" w:rsidRDefault="005407BC">
      <w:pPr>
        <w:spacing w:after="60"/>
      </w:pPr>
    </w:p>
    <w:tbl>
      <w:tblPr>
        <w:tblW w:w="10022" w:type="dxa"/>
        <w:tblLayout w:type="fixed"/>
        <w:tblLook w:val="04A0" w:firstRow="1" w:lastRow="0" w:firstColumn="1" w:lastColumn="0" w:noHBand="0" w:noVBand="1"/>
      </w:tblPr>
      <w:tblGrid>
        <w:gridCol w:w="6696"/>
        <w:gridCol w:w="3326"/>
      </w:tblGrid>
      <w:tr w:rsidR="00FA577C" w14:paraId="14E3B2C2" w14:textId="77777777">
        <w:tc>
          <w:tcPr>
            <w:tcW w:w="6696" w:type="dxa"/>
            <w:tcBorders>
              <w:top w:val="nil"/>
              <w:left w:val="nil"/>
              <w:bottom w:val="nil"/>
              <w:right w:val="nil"/>
            </w:tcBorders>
            <w:shd w:val="clear" w:color="auto" w:fill="F5F3F0"/>
            <w:tcMar>
              <w:top w:w="90" w:type="dxa"/>
              <w:left w:w="150" w:type="dxa"/>
              <w:bottom w:w="90" w:type="dxa"/>
              <w:right w:w="150" w:type="dxa"/>
            </w:tcMar>
          </w:tcPr>
          <w:p w14:paraId="5ADFDFE9" w14:textId="0D5122C7" w:rsidR="00FA577C" w:rsidRPr="005407BC" w:rsidRDefault="00000000">
            <w:pPr>
              <w:spacing w:after="0"/>
              <w:rPr>
                <w:sz w:val="20"/>
                <w:szCs w:val="20"/>
              </w:rPr>
            </w:pPr>
            <w:r w:rsidRPr="005407BC">
              <w:rPr>
                <w:b/>
                <w:sz w:val="20"/>
                <w:szCs w:val="20"/>
              </w:rPr>
              <w:t>American Oversight, Inc.</w:t>
            </w:r>
            <w:r w:rsidRPr="005407BC">
              <w:rPr>
                <w:b/>
                <w:sz w:val="20"/>
                <w:szCs w:val="20"/>
              </w:rPr>
              <w:br/>
            </w:r>
            <w:r w:rsidRPr="005407BC">
              <w:rPr>
                <w:sz w:val="20"/>
                <w:szCs w:val="20"/>
              </w:rPr>
              <w:t>1030 15th Street NW, Suite B255</w:t>
            </w:r>
            <w:r w:rsidRPr="005407BC">
              <w:rPr>
                <w:sz w:val="20"/>
                <w:szCs w:val="20"/>
              </w:rPr>
              <w:br/>
              <w:t>Washington, DC 20005</w:t>
            </w:r>
          </w:p>
        </w:tc>
        <w:tc>
          <w:tcPr>
            <w:tcW w:w="3326" w:type="dxa"/>
            <w:tcBorders>
              <w:top w:val="nil"/>
              <w:left w:val="nil"/>
              <w:bottom w:val="nil"/>
              <w:right w:val="nil"/>
            </w:tcBorders>
            <w:shd w:val="clear" w:color="auto" w:fill="F5F3F0"/>
            <w:tcMar>
              <w:top w:w="90" w:type="dxa"/>
              <w:left w:w="150" w:type="dxa"/>
              <w:bottom w:w="90" w:type="dxa"/>
              <w:right w:w="150" w:type="dxa"/>
            </w:tcMar>
          </w:tcPr>
          <w:p w14:paraId="599DC6E2" w14:textId="77777777" w:rsidR="00FA577C" w:rsidRPr="005407BC" w:rsidRDefault="00000000">
            <w:pPr>
              <w:jc w:val="right"/>
              <w:rPr>
                <w:sz w:val="20"/>
                <w:szCs w:val="20"/>
              </w:rPr>
            </w:pPr>
            <w:r w:rsidRPr="005407BC">
              <w:rPr>
                <w:b/>
                <w:sz w:val="20"/>
                <w:szCs w:val="20"/>
              </w:rPr>
              <w:t>EIN: 81-5294830</w:t>
            </w:r>
          </w:p>
        </w:tc>
      </w:tr>
    </w:tbl>
    <w:p w14:paraId="7A64EE11" w14:textId="77777777" w:rsidR="005407BC" w:rsidRDefault="005407BC">
      <w:pPr>
        <w:spacing w:after="80"/>
      </w:pPr>
    </w:p>
    <w:p w14:paraId="7E4D6A1B" w14:textId="0F9FA40B" w:rsidR="00FA577C" w:rsidRPr="005407BC" w:rsidRDefault="00000000">
      <w:pPr>
        <w:spacing w:after="80"/>
        <w:rPr>
          <w:color w:val="000000" w:themeColor="text1"/>
          <w:sz w:val="20"/>
          <w:szCs w:val="20"/>
        </w:rPr>
      </w:pPr>
      <w:r w:rsidRPr="005407BC">
        <w:rPr>
          <w:color w:val="000000" w:themeColor="text1"/>
          <w:sz w:val="20"/>
          <w:szCs w:val="20"/>
        </w:rPr>
        <w:t>It is my intention that this distribution qualify as a QCD for the tax year identified above. Please include my name and address with the payment so American Oversight can identify me as the donor of record, and please copy me on the transmittal.</w:t>
      </w:r>
    </w:p>
    <w:p w14:paraId="6EDFA500" w14:textId="77777777" w:rsidR="005407BC" w:rsidRPr="005407BC" w:rsidRDefault="005407BC">
      <w:pPr>
        <w:spacing w:after="60"/>
        <w:rPr>
          <w:color w:val="000000" w:themeColor="text1"/>
          <w:sz w:val="20"/>
          <w:szCs w:val="20"/>
        </w:rPr>
      </w:pPr>
    </w:p>
    <w:p w14:paraId="7AEC7F66" w14:textId="0D0E0B99" w:rsidR="00FA577C" w:rsidRPr="005407BC" w:rsidRDefault="00000000">
      <w:pPr>
        <w:spacing w:after="60"/>
        <w:rPr>
          <w:color w:val="000000" w:themeColor="text1"/>
          <w:sz w:val="20"/>
          <w:szCs w:val="20"/>
        </w:rPr>
      </w:pPr>
      <w:r w:rsidRPr="005407BC">
        <w:rPr>
          <w:color w:val="000000" w:themeColor="text1"/>
          <w:sz w:val="20"/>
          <w:szCs w:val="20"/>
        </w:rPr>
        <w:t>Please process this request in time for the distribution to be completed by December 31 of the applicable tax year. Thank you for your assistance.</w:t>
      </w:r>
    </w:p>
    <w:tbl>
      <w:tblPr>
        <w:tblW w:w="10022" w:type="dxa"/>
        <w:tblLayout w:type="fixed"/>
        <w:tblLook w:val="04A0" w:firstRow="1" w:lastRow="0" w:firstColumn="1" w:lastColumn="0" w:noHBand="0" w:noVBand="1"/>
      </w:tblPr>
      <w:tblGrid>
        <w:gridCol w:w="6048"/>
        <w:gridCol w:w="3974"/>
      </w:tblGrid>
      <w:tr w:rsidR="005407BC" w:rsidRPr="005407BC" w14:paraId="0917123C" w14:textId="77777777">
        <w:tc>
          <w:tcPr>
            <w:tcW w:w="6048" w:type="dxa"/>
            <w:tcBorders>
              <w:top w:val="nil"/>
              <w:left w:val="nil"/>
              <w:bottom w:val="nil"/>
              <w:right w:val="nil"/>
            </w:tcBorders>
            <w:tcMar>
              <w:top w:w="30" w:type="dxa"/>
              <w:left w:w="0" w:type="dxa"/>
              <w:bottom w:w="50" w:type="dxa"/>
              <w:right w:w="80" w:type="dxa"/>
            </w:tcMar>
          </w:tcPr>
          <w:p w14:paraId="20EC9870" w14:textId="77777777" w:rsidR="005407BC" w:rsidRPr="005407BC" w:rsidRDefault="005407BC">
            <w:pPr>
              <w:spacing w:after="20"/>
              <w:rPr>
                <w:b/>
                <w:color w:val="000000" w:themeColor="text1"/>
                <w:sz w:val="20"/>
                <w:szCs w:val="20"/>
              </w:rPr>
            </w:pPr>
          </w:p>
          <w:p w14:paraId="5DE053FB" w14:textId="14C9E897" w:rsidR="00FA577C" w:rsidRPr="005407BC" w:rsidRDefault="00000000">
            <w:pPr>
              <w:spacing w:after="20"/>
              <w:rPr>
                <w:color w:val="000000" w:themeColor="text1"/>
                <w:sz w:val="20"/>
                <w:szCs w:val="20"/>
              </w:rPr>
            </w:pPr>
            <w:r w:rsidRPr="005407BC">
              <w:rPr>
                <w:b/>
                <w:color w:val="000000" w:themeColor="text1"/>
                <w:sz w:val="20"/>
                <w:szCs w:val="20"/>
              </w:rPr>
              <w:t>SIGNATURE</w:t>
            </w:r>
          </w:p>
          <w:p w14:paraId="02029BA1" w14:textId="77777777" w:rsidR="00FA577C" w:rsidRPr="005407BC" w:rsidRDefault="00000000">
            <w:pPr>
              <w:pBdr>
                <w:bottom w:val="single" w:sz="8" w:space="1" w:color="B8B8B8"/>
              </w:pBdr>
              <w:spacing w:after="0" w:line="240" w:lineRule="auto"/>
              <w:rPr>
                <w:color w:val="000000" w:themeColor="text1"/>
                <w:sz w:val="20"/>
                <w:szCs w:val="20"/>
              </w:rPr>
            </w:pPr>
            <w:r w:rsidRPr="005407BC">
              <w:rPr>
                <w:i/>
                <w:color w:val="000000" w:themeColor="text1"/>
                <w:sz w:val="20"/>
                <w:szCs w:val="20"/>
              </w:rPr>
              <w:t>[Type name or sign after printing]</w:t>
            </w:r>
          </w:p>
        </w:tc>
        <w:tc>
          <w:tcPr>
            <w:tcW w:w="3974" w:type="dxa"/>
            <w:tcBorders>
              <w:top w:val="nil"/>
              <w:left w:val="nil"/>
              <w:bottom w:val="nil"/>
              <w:right w:val="nil"/>
            </w:tcBorders>
            <w:tcMar>
              <w:top w:w="30" w:type="dxa"/>
              <w:left w:w="0" w:type="dxa"/>
              <w:bottom w:w="50" w:type="dxa"/>
              <w:right w:w="80" w:type="dxa"/>
            </w:tcMar>
          </w:tcPr>
          <w:p w14:paraId="45238A4C" w14:textId="77777777" w:rsidR="005407BC" w:rsidRPr="005407BC" w:rsidRDefault="005407BC">
            <w:pPr>
              <w:spacing w:after="20"/>
              <w:rPr>
                <w:b/>
                <w:color w:val="000000" w:themeColor="text1"/>
                <w:sz w:val="20"/>
                <w:szCs w:val="20"/>
              </w:rPr>
            </w:pPr>
          </w:p>
          <w:p w14:paraId="391921FE" w14:textId="2FA0C147" w:rsidR="00FA577C" w:rsidRPr="005407BC" w:rsidRDefault="00000000">
            <w:pPr>
              <w:spacing w:after="20"/>
              <w:rPr>
                <w:color w:val="000000" w:themeColor="text1"/>
                <w:sz w:val="20"/>
                <w:szCs w:val="20"/>
              </w:rPr>
            </w:pPr>
            <w:r w:rsidRPr="005407BC">
              <w:rPr>
                <w:b/>
                <w:color w:val="000000" w:themeColor="text1"/>
                <w:sz w:val="20"/>
                <w:szCs w:val="20"/>
              </w:rPr>
              <w:t>DATE</w:t>
            </w:r>
          </w:p>
          <w:p w14:paraId="1439D117" w14:textId="77777777" w:rsidR="00FA577C" w:rsidRPr="005407BC" w:rsidRDefault="00000000">
            <w:pPr>
              <w:pBdr>
                <w:bottom w:val="single" w:sz="8" w:space="1" w:color="B8B8B8"/>
              </w:pBdr>
              <w:spacing w:after="0" w:line="240" w:lineRule="auto"/>
              <w:rPr>
                <w:color w:val="000000" w:themeColor="text1"/>
                <w:sz w:val="20"/>
                <w:szCs w:val="20"/>
              </w:rPr>
            </w:pPr>
            <w:r w:rsidRPr="005407BC">
              <w:rPr>
                <w:i/>
                <w:color w:val="000000" w:themeColor="text1"/>
                <w:sz w:val="20"/>
                <w:szCs w:val="20"/>
              </w:rPr>
              <w:t>[Enter date]</w:t>
            </w:r>
          </w:p>
        </w:tc>
      </w:tr>
    </w:tbl>
    <w:p w14:paraId="55234816" w14:textId="77777777" w:rsidR="00FA577C" w:rsidRDefault="00FA577C">
      <w:pPr>
        <w:spacing w:after="40"/>
      </w:pPr>
    </w:p>
    <w:tbl>
      <w:tblPr>
        <w:tblW w:w="10022" w:type="dxa"/>
        <w:tblLayout w:type="fixed"/>
        <w:tblLook w:val="04A0" w:firstRow="1" w:lastRow="0" w:firstColumn="1" w:lastColumn="0" w:noHBand="0" w:noVBand="1"/>
      </w:tblPr>
      <w:tblGrid>
        <w:gridCol w:w="10022"/>
      </w:tblGrid>
      <w:tr w:rsidR="00FA577C" w14:paraId="71838023" w14:textId="77777777">
        <w:tc>
          <w:tcPr>
            <w:tcW w:w="10022" w:type="dxa"/>
            <w:tcBorders>
              <w:top w:val="nil"/>
              <w:left w:val="nil"/>
              <w:bottom w:val="nil"/>
              <w:right w:val="nil"/>
            </w:tcBorders>
            <w:shd w:val="clear" w:color="auto" w:fill="C70000"/>
            <w:tcMar>
              <w:top w:w="70" w:type="dxa"/>
              <w:left w:w="150" w:type="dxa"/>
              <w:bottom w:w="70" w:type="dxa"/>
              <w:right w:w="150" w:type="dxa"/>
            </w:tcMar>
          </w:tcPr>
          <w:p w14:paraId="459147FD" w14:textId="77777777" w:rsidR="00FA577C" w:rsidRDefault="00000000">
            <w:pPr>
              <w:spacing w:after="0"/>
            </w:pPr>
            <w:r>
              <w:rPr>
                <w:b/>
                <w:color w:val="FFFFFF"/>
              </w:rPr>
              <w:t>Questions or notifying us that your gift is on the way?</w:t>
            </w:r>
            <w:r>
              <w:rPr>
                <w:b/>
                <w:color w:val="FFFFFF"/>
              </w:rPr>
              <w:br/>
            </w:r>
            <w:r>
              <w:rPr>
                <w:color w:val="FFFFFF"/>
                <w:sz w:val="17"/>
              </w:rPr>
              <w:t>development@americanoversight.org  |  (202) 869-5246</w:t>
            </w:r>
          </w:p>
        </w:tc>
      </w:tr>
    </w:tbl>
    <w:p w14:paraId="5CD7A6A4" w14:textId="77777777" w:rsidR="00FA577C" w:rsidRDefault="00000000">
      <w:pPr>
        <w:spacing w:before="40" w:after="0"/>
      </w:pPr>
      <w:r>
        <w:rPr>
          <w:color w:val="666666"/>
          <w:sz w:val="13"/>
        </w:rPr>
        <w:t>American Oversight does not provide legal or tax advice. Please consult your tax or financial adviser about your gift.</w:t>
      </w:r>
    </w:p>
    <w:sectPr w:rsidR="00FA577C" w:rsidSect="00034616">
      <w:pgSz w:w="12240" w:h="15840"/>
      <w:pgMar w:top="605" w:right="1037" w:bottom="605"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300458551">
    <w:abstractNumId w:val="8"/>
  </w:num>
  <w:num w:numId="2" w16cid:durableId="626010673">
    <w:abstractNumId w:val="6"/>
  </w:num>
  <w:num w:numId="3" w16cid:durableId="1593973313">
    <w:abstractNumId w:val="5"/>
  </w:num>
  <w:num w:numId="4" w16cid:durableId="1647588623">
    <w:abstractNumId w:val="4"/>
  </w:num>
  <w:num w:numId="5" w16cid:durableId="208496399">
    <w:abstractNumId w:val="7"/>
  </w:num>
  <w:num w:numId="6" w16cid:durableId="267277382">
    <w:abstractNumId w:val="3"/>
  </w:num>
  <w:num w:numId="7" w16cid:durableId="1775711557">
    <w:abstractNumId w:val="2"/>
  </w:num>
  <w:num w:numId="8" w16cid:durableId="171187293">
    <w:abstractNumId w:val="1"/>
  </w:num>
  <w:num w:numId="9" w16cid:durableId="137743680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hideSpellingErrors/>
  <w:hideGrammaticalError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F6D11"/>
    <w:rsid w:val="0029639D"/>
    <w:rsid w:val="00326F90"/>
    <w:rsid w:val="005407BC"/>
    <w:rsid w:val="00962C6A"/>
    <w:rsid w:val="00A701C2"/>
    <w:rsid w:val="00AA1D8D"/>
    <w:rsid w:val="00B47730"/>
    <w:rsid w:val="00CB0664"/>
    <w:rsid w:val="00F4627E"/>
    <w:rsid w:val="00FA577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C8417F2"/>
  <w14:defaultImageDpi w14:val="300"/>
  <w15:docId w15:val="{62827188-2A9A-2C43-9400-6B39C4506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59" w:lineRule="auto"/>
    </w:pPr>
    <w:rPr>
      <w:rFonts w:ascii="Arial" w:hAnsi="Arial"/>
      <w:color w:val="202020"/>
      <w:sz w:val="1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251</Words>
  <Characters>1371</Characters>
  <Application>Microsoft Office Word</Application>
  <DocSecurity>0</DocSecurity>
  <Lines>70</Lines>
  <Paragraphs>39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QCD Custodian Request Letter</dc:title>
  <dc:subject/>
  <dc:creator>American Oversight</dc:creator>
  <cp:keywords/>
  <dc:description>generated by python-docx</dc:description>
  <cp:lastModifiedBy>Mara Pellittieri</cp:lastModifiedBy>
  <cp:revision>2</cp:revision>
  <dcterms:created xsi:type="dcterms:W3CDTF">2026-09-03T20:12:00Z</dcterms:created>
  <dcterms:modified xsi:type="dcterms:W3CDTF">2026-09-03T20:12:00Z</dcterms:modified>
  <cp:category/>
</cp:coreProperties>
</file>